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/>
        <w:jc w:val="center"/>
      </w:pPr>
      <w:r>
        <w:rPr>
          <w:rFonts w:ascii="Noto Sans CJK JP" w:hAnsi="Noto Sans CJK JP" w:eastAsia="Noto Sans CJK JP"/>
          <w:b/>
          <w:color w:val="2F75B5"/>
          <w:sz w:val="36"/>
        </w:rPr>
        <w:t>Excel 初心者向け</w:t>
      </w:r>
    </w:p>
    <w:p>
      <w:pPr>
        <w:jc w:val="center"/>
      </w:pPr>
      <w:r>
        <w:rPr>
          <w:rFonts w:ascii="Noto Sans CJK JP" w:hAnsi="Noto Sans CJK JP" w:eastAsia="Noto Sans CJK JP"/>
          <w:b/>
          <w:color w:val="1F4E78"/>
          <w:sz w:val="60"/>
        </w:rPr>
        <w:t>ショートカット ＆ 小技 学習資料</w:t>
      </w:r>
    </w:p>
    <w:p>
      <w:pPr>
        <w:spacing w:before="160"/>
        <w:jc w:val="center"/>
      </w:pPr>
      <w:r>
        <w:rPr>
          <w:rFonts w:ascii="Noto Sans CJK JP" w:hAnsi="Noto Sans CJK JP" w:eastAsia="Noto Sans CJK JP"/>
          <w:b w:val="0"/>
          <w:color w:val="222222"/>
          <w:sz w:val="28"/>
        </w:rPr>
        <w:t>関数を覚える前に身につけたい「操作の型」</w:t>
      </w:r>
    </w:p>
    <w:p>
      <w:pPr>
        <w:spacing w:before="480"/>
        <w:jc w:val="center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504"/>
      </w:tblGrid>
      <w:tr>
        <w:trPr>
          <w:cantSplit/>
        </w:trPr>
        <w:tc>
          <w:tcPr>
            <w:tcW w:type="dxa" w:w="10200"/>
            <w:shd w:fill="EEF5FB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/>
                <w:color w:val="1F4E78"/>
                <w:sz w:val="21"/>
              </w:rPr>
              <w:t>対象：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21"/>
              </w:rPr>
              <w:t>Excelをほとんど使ったことがない人〜日常業務で入力・整理をする人</w:t>
              <w:br/>
            </w:r>
            <w:r>
              <w:rPr>
                <w:rFonts w:ascii="Noto Sans CJK JP" w:hAnsi="Noto Sans CJK JP" w:eastAsia="Noto Sans CJK JP"/>
                <w:b/>
                <w:color w:val="1F4E78"/>
                <w:sz w:val="21"/>
              </w:rPr>
              <w:t>前提：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21"/>
              </w:rPr>
              <w:t>Windows版 Excel（Microsoft 365 / Excel 2024 / 2021を想定）</w:t>
              <w:br/>
            </w:r>
            <w:r>
              <w:rPr>
                <w:rFonts w:ascii="Noto Sans CJK JP" w:hAnsi="Noto Sans CJK JP" w:eastAsia="Noto Sans CJK JP"/>
                <w:b/>
                <w:color w:val="1F4E78"/>
                <w:sz w:val="21"/>
              </w:rPr>
              <w:t>扱わないもの：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21"/>
              </w:rPr>
              <w:t>SUM・IFなどの関数、VBA、ピボットテーブルの詳細</w:t>
              <w:br/>
            </w:r>
            <w:r>
              <w:rPr>
                <w:rFonts w:ascii="Noto Sans CJK JP" w:hAnsi="Noto Sans CJK JP" w:eastAsia="Noto Sans CJK JP"/>
                <w:b/>
                <w:color w:val="1F4E78"/>
                <w:sz w:val="21"/>
              </w:rPr>
              <w:t>ゴール：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21"/>
              </w:rPr>
              <w:t>マウスだけに頼らず、表を壊さず、迷わず操作できること</w:t>
            </w:r>
          </w:p>
        </w:tc>
      </w:tr>
    </w:tbl>
    <w:p>
      <w:pPr>
        <w:spacing w:before="520"/>
        <w:jc w:val="center"/>
      </w:pPr>
      <w:r>
        <w:rPr>
          <w:rFonts w:ascii="Noto Sans CJK JP" w:hAnsi="Noto Sans CJK JP" w:eastAsia="Noto Sans CJK JP"/>
          <w:b w:val="0"/>
          <w:color w:val="666666"/>
          <w:sz w:val="18"/>
        </w:rPr>
        <w:t>作成・検証基準：2026年8月  |  Microsoft公式ヘルプを中心に確認</w:t>
      </w:r>
    </w:p>
    <w:p>
      <w:r>
        <w:br w:type="page"/>
      </w:r>
    </w:p>
    <w:p>
      <w:pPr>
        <w:pStyle w:val="Heading1"/>
      </w:pPr>
      <w:r>
        <w:t>この教材の使い方</w:t>
      </w:r>
    </w:p>
    <w:p>
      <w:r>
        <w:t>最初から全部を暗記する必要はありません。まず「必修15個」だけ使い、次に自分の作業で頻出する小技を追加してください。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1984"/>
        <w:gridCol w:w="6350"/>
      </w:tblGrid>
      <w:tr>
        <w:trPr>
          <w:cantSplit/>
        </w:trPr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STEP 1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必修15個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20"/>
              </w:rPr>
              <w:t>保存・元に戻す・コピー・検索・移動。ここだけで作業速度が大きく変わります。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1984"/>
        <w:gridCol w:w="6350"/>
      </w:tblGrid>
      <w:tr>
        <w:trPr>
          <w:cantSplit/>
        </w:trPr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STEP 2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選択と移動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20"/>
              </w:rPr>
              <w:t>大きな表をマウスで延々ドラッグしない方法を覚えます。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1984"/>
        <w:gridCol w:w="6350"/>
      </w:tblGrid>
      <w:tr>
        <w:trPr>
          <w:cantSplit/>
        </w:trPr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STEP 3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行・列・貼り付け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20"/>
              </w:rPr>
              <w:t>行の入れ替え、値だけ貼り付け、挿入・削除など「壊しやすい操作」を安全に行います。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1984"/>
        <w:gridCol w:w="6350"/>
      </w:tblGrid>
      <w:tr>
        <w:trPr>
          <w:cantSplit/>
        </w:trPr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STEP 4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整形・整理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20"/>
              </w:rPr>
              <w:t>列幅、フィルター、テーブル化、ウィンドウ枠固定など見やすくする操作を覚えます。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1984"/>
        <w:gridCol w:w="6350"/>
      </w:tblGrid>
      <w:tr>
        <w:trPr>
          <w:cantSplit/>
        </w:trPr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STEP 5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練習問題</w:t>
            </w:r>
          </w:p>
        </w:tc>
        <w:tc>
          <w:tcPr>
            <w:tcW w:type="dxa" w:w="340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20"/>
              </w:rPr>
              <w:t>実際に手を動かし、同じ操作を3回ずつ行います。</w:t>
            </w:r>
          </w:p>
        </w:tc>
      </w:tr>
    </w:tbl>
    <w:p>
      <w:pPr>
        <w:spacing w:after="20"/>
      </w:pPr>
    </w:p>
    <w:p>
      <w:pPr>
        <w:spacing w:before="16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rPr>
          <w:cantSplit/>
        </w:trPr>
        <w:tc>
          <w:tcPr>
            <w:tcW w:type="dxa" w:w="10200"/>
            <w:shd w:fill="FFF2CC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C55A11"/>
                <w:sz w:val="22"/>
              </w:rPr>
              <w:t>最重要ルール：操作結果が想定と違ったら、すぐ 【Ctrl】+【Z】。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20"/>
              </w:rPr>
              <w:t xml:space="preserve">  「直せる」ことを前提に操作すると、Excelを触る怖さが減ります。</w:t>
            </w:r>
          </w:p>
        </w:tc>
      </w:tr>
    </w:tbl>
    <w:p>
      <w:r>
        <w:br w:type="page"/>
      </w:r>
    </w:p>
    <w:p>
      <w:pPr>
        <w:pStyle w:val="Heading1"/>
      </w:pPr>
      <w:r>
        <w:t>1. まず覚える「必修15個」</w:t>
      </w:r>
    </w:p>
    <w:p>
      <w:r>
        <w:t>以下は、Excel初心者が最初に覚える価値が高い操作です。1週間はこの15個だけ意識して使ってください。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2438"/>
        <w:gridCol w:w="2438"/>
        <w:gridCol w:w="4479"/>
      </w:tblGrid>
      <w:tr>
        <w:trPr>
          <w:tblHeader w:val="true"/>
          <w:cantSplit/>
        </w:trPr>
        <w:tc>
          <w:tcPr>
            <w:tcW w:type="dxa" w:w="255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優先</w:t>
            </w:r>
          </w:p>
        </w:tc>
        <w:tc>
          <w:tcPr>
            <w:tcW w:type="dxa" w:w="255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キー</w:t>
            </w:r>
          </w:p>
        </w:tc>
        <w:tc>
          <w:tcPr>
            <w:tcW w:type="dxa" w:w="255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できること</w:t>
            </w:r>
          </w:p>
        </w:tc>
        <w:tc>
          <w:tcPr>
            <w:tcW w:type="dxa" w:w="255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保存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作業中はこまめに。まず手癖にする。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Z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元に戻す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入力・削除・移動を間違えた直後に。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Y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やり直す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Ctrl+Zで戻しすぎたとき。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C / X / V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コピー / 切り取り / 貼り付け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Excelでも基本操作の中心。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F2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セルを編集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ダブルクリックせず、選択中セルの末尾から編集。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F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検索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名前・番号・文字列を探す。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H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置換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同じ表記をまとめて直す。実行前に範囲を確認。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方向キー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データの端へ移動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数百・数千行を一気に移動。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Shift + 方向キー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データの端まで選択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大量範囲の選択に使う。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Home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A1へ戻る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迷子になったときの帰還キー。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PageUp / PageDown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前 / 次のシートへ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シートタブをマウスで探さない。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+ 1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セルの書式設定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表示形式・配置・罫線などの入口。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Shift + L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フィルター ON / OFF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見出し行付きデータの絞り込み。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Alt + V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形式を選択して貼り付け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値だけ・書式だけ等を選べる。</w:t>
            </w:r>
          </w:p>
        </w:tc>
      </w:tr>
      <w:tr>
        <w:trPr>
          <w:cantSplit/>
        </w:trPr>
        <w:tc>
          <w:tcPr>
            <w:tcW w:type="dxa" w:w="737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  <w:shd w:fill="D9EAF7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Alt + Enter</w:t>
            </w:r>
          </w:p>
        </w:tc>
        <w:tc>
          <w:tcPr>
            <w:tcW w:type="dxa" w:w="2438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セル内改行</w:t>
            </w:r>
          </w:p>
        </w:tc>
        <w:tc>
          <w:tcPr>
            <w:tcW w:type="dxa" w:w="4479"/>
            <w:tcMar>
              <w:top w:w="80" w:type="dxa"/>
              <w:start w:w="85" w:type="dxa"/>
              <w:bottom w:w="80" w:type="dxa"/>
              <w:end w:w="85" w:type="dxa"/>
            </w:tcMar>
            <w:vAlign w:val="center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1セルの中で2行以上にしたいとき。</w:t>
            </w:r>
          </w:p>
        </w:tc>
      </w:tr>
    </w:tbl>
    <w:p>
      <w:pPr>
        <w:spacing w:before="120"/>
      </w:pPr>
      <w:r>
        <w:rPr>
          <w:rFonts w:ascii="Noto Sans CJK JP" w:hAnsi="Noto Sans CJK JP" w:eastAsia="Noto Sans CJK JP"/>
          <w:b/>
          <w:color w:val="1F4E78"/>
          <w:sz w:val="20"/>
        </w:rPr>
        <w:t>覚え方：</w:t>
      </w:r>
      <w:r>
        <w:rPr>
          <w:rFonts w:ascii="Noto Sans CJK JP" w:hAnsi="Noto Sans CJK JP" w:eastAsia="Noto Sans CJK JP"/>
          <w:sz w:val="20"/>
        </w:rPr>
        <w:t xml:space="preserve"> 「Ctrl+○○」を単独で暗記せず、作業とセットにします。例：検索したい → Ctrl+F、失敗した → Ctrl+Z。</w:t>
      </w:r>
    </w:p>
    <w:p>
      <w:r>
        <w:br w:type="page"/>
      </w:r>
    </w:p>
    <w:p>
      <w:pPr>
        <w:pStyle w:val="Heading1"/>
      </w:pPr>
      <w:r>
        <w:t>2. 大きな表で迷わない「移動・選択」</w:t>
      </w:r>
    </w:p>
    <w:p>
      <w:r>
        <w:t>Excelで時間を失いやすいのは、長い表をマウスでスクロールし続けることです。移動と選択をセットで覚えます。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↑ ↓ ← →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連続データの端へ移動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A2からCtrl+↓ → A列の連続データの末尾へ。空白行があるとそこで区切られます。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Shift + ↑ ↓ ← →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連続データの端まで選択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コピー、削除、書式変更の範囲指定に便利。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Shift + 方向キー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1セルずつ選択を拡張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数セルだけ増減したいとき。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Shift + Space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行全体を選択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行の削除・挿入・書式変更の前に。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Space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列全体を選択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列の削除・挿入・書式変更の前に。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A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現在の表を選択（状況により全シート）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データ内で1回→表領域、必要に応じて再度押して全体選択。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Home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シート先頭へ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A1に戻る。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End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最後に使用されたセルへ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「Excelがどこまで使用済みと認識しているか」の確認にも使える。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G / F5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指定セルへジャンプ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例：A5000、XFD100 などへ一発で移動。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PageUp / PageDown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前 / 次のワークシート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複数シートの見比べに。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離れたセルや範囲を複数選択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同じ書式を離れた場所に一度で適用。</w:t>
            </w:r>
          </w:p>
        </w:tc>
      </w:tr>
    </w:tbl>
    <w:p>
      <w:pPr>
        <w:pStyle w:val="Heading2"/>
      </w:pPr>
      <w:r>
        <w:t>ミニ練習 1：1000行の表をマウスなしで移動</w:t>
      </w:r>
    </w:p>
    <w:p>
      <w:pPr>
        <w:ind w:left="227"/>
      </w:pPr>
      <w:r>
        <w:t>1) A2を選択 → Ctrl+↓ で末尾へ移動。</w:t>
      </w:r>
    </w:p>
    <w:p>
      <w:pPr>
        <w:ind w:left="227"/>
      </w:pPr>
      <w:r>
        <w:t>2) Ctrl+Home でA1へ戻る。</w:t>
      </w:r>
    </w:p>
    <w:p>
      <w:pPr>
        <w:ind w:left="227"/>
      </w:pPr>
      <w:r>
        <w:t>3) A2を選択 → Ctrl+Shift+↓ で列のデータをまとめて選択。</w:t>
      </w:r>
    </w:p>
    <w:p>
      <w:pPr>
        <w:ind w:left="227"/>
      </w:pPr>
      <w:r>
        <w:t>4) Ctrl+PageDown / Ctrl+PageUp でシートを往復。</w:t>
      </w:r>
    </w:p>
    <w:p>
      <w:pPr>
        <w:pStyle w:val="Heading1"/>
      </w:pPr>
      <w:r>
        <w:t>3. 入力・編集を速くする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F2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セル内容を編集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ダブルクリックより速く、狙ったセルを確実に編集。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Alt + Enter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セル内で改行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住所・備考・複数行ラベルに。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Enter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選択範囲へ同じ内容を一括入力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複数セルを選択→文字入力→Ctrl+Enter。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D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上のセルを下方向へコピー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選択範囲の一番上を下へ埋める。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R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左のセルを右方向へコピー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選択範囲の一番左を右へ埋める。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フラッシュフィル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入力例のパターンをExcelに推測させて、文字列の分割・結合などを自動入力。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;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今日の日付を固定値で入力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ファイルを開き直してもその日のまま。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Shift + ;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現在時刻を固定値で入力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記録時刻を残すときに。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Esc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入力・コピー状態をキャンセル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「点線が残った」「入力をやめたい」時にも有効。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F4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直前の操作を繰り返す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同じ色付け・行挿入などを繰り返すとき。操作によっては繰り返せない場合あり。</w:t>
            </w:r>
          </w:p>
        </w:tc>
      </w:tr>
    </w:tbl>
    <w:p>
      <w:pPr>
        <w:pStyle w:val="Heading2"/>
      </w:pPr>
      <w:r>
        <w:t>小技：フラッシュフィルは「1〜2個の正解例」を見せる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cantSplit/>
        </w:trPr>
        <w:tc>
          <w:tcPr>
            <w:tcW w:type="dxa" w:w="3400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元データ</w:t>
            </w:r>
          </w:p>
        </w:tc>
        <w:tc>
          <w:tcPr>
            <w:tcW w:type="dxa" w:w="3400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姓だけ欲しい列</w:t>
            </w:r>
          </w:p>
        </w:tc>
        <w:tc>
          <w:tcPr>
            <w:tcW w:type="dxa" w:w="3400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操作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山田 太郎</w:t>
            </w:r>
          </w:p>
        </w:tc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山田</w:t>
            </w:r>
          </w:p>
        </w:tc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最初の1件を入力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佐藤 花子</w:t>
            </w:r>
          </w:p>
        </w:tc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</w:r>
          </w:p>
        </w:tc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次のセルを選択</w:t>
            </w:r>
          </w:p>
        </w:tc>
      </w:tr>
      <w:tr>
        <w:trPr>
          <w:cantSplit/>
        </w:trPr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鈴木 一郎</w:t>
            </w:r>
          </w:p>
        </w:tc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</w:r>
          </w:p>
        </w:tc>
        <w:tc>
          <w:tcPr>
            <w:tcW w:type="dxa" w:w="3400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E</w:t>
            </w:r>
          </w:p>
        </w:tc>
      </w:tr>
    </w:tbl>
    <w:p>
      <w:r>
        <w:rPr>
          <w:rFonts w:ascii="Noto Sans CJK JP" w:hAnsi="Noto Sans CJK JP" w:eastAsia="Noto Sans CJK JP"/>
          <w:b w:val="0"/>
          <w:color w:val="C00000"/>
          <w:sz w:val="18"/>
        </w:rPr>
        <w:t>※ フラッシュフィルは「値」を埋める機能です。元データが後で変わっても自動追従しません。</w:t>
      </w:r>
    </w:p>
    <w:p>
      <w:r>
        <w:br w:type="page"/>
      </w:r>
    </w:p>
    <w:p>
      <w:pPr>
        <w:pStyle w:val="Heading1"/>
      </w:pPr>
      <w:r>
        <w:t>4. コピー＆貼り付けを安全に使う</w:t>
      </w:r>
    </w:p>
    <w:p>
      <w:r>
        <w:t>初心者が表を崩しやすい原因の1つが「そのまま貼り付け」です。貼り付ける内容を選べることを覚えてください。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C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コピー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元データを残したまま複製。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X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切り取り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元の場所から移動。貼り付け先に注意。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V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通常の貼り付け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値・書式・数式などをまとめて貼り付け。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Alt + V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形式を選択して貼り付け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「値」「書式」「数式」「行列を入れ替える」などを選ぶ。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Shift + V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値の貼り付け（対応版）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新しいMicrosoft 365等では値貼り付けとして利用できる。環境で動かなければCtrl+Alt+Vを使用。</w:t>
            </w:r>
          </w:p>
        </w:tc>
      </w:tr>
    </w:tbl>
    <w:p>
      <w:pPr>
        <w:pStyle w:val="Heading2"/>
      </w:pPr>
      <w:r>
        <w:t>初心者が最も使う「値だけ貼り付け」</w:t>
      </w:r>
    </w:p>
    <w:p>
      <w:r>
        <w:t>例：見た目や計算式は持ってこず、表示されている結果だけを貼り付けたい。</w:t>
      </w:r>
    </w:p>
    <w:p>
      <w:pPr>
        <w:ind w:left="227"/>
      </w:pPr>
      <w:r>
        <w:t>1. コピー元を Ctrl+C</w:t>
      </w:r>
    </w:p>
    <w:p>
      <w:pPr>
        <w:ind w:left="227"/>
      </w:pPr>
      <w:r>
        <w:t>2. 貼り付け先を選択</w:t>
      </w:r>
    </w:p>
    <w:p>
      <w:pPr>
        <w:ind w:left="227"/>
      </w:pPr>
      <w:r>
        <w:t>3. Ctrl+Alt+V で「形式を選択して貼り付け」</w:t>
      </w:r>
    </w:p>
    <w:p>
      <w:pPr>
        <w:ind w:left="227"/>
      </w:pPr>
      <w:r>
        <w:t>4. 「値」を選んで確定</w:t>
      </w:r>
    </w:p>
    <w:p>
      <w:pPr>
        <w:pStyle w:val="Heading2"/>
      </w:pPr>
      <w:r>
        <w:t>小技：コピー後の点線を消す</w:t>
      </w:r>
    </w:p>
    <w:p>
      <w:r>
        <w:t>コピーした後にセルの周囲を動く点線が残っている場合は、Esc を押します。誤貼り付け防止にもなります。</w:t>
      </w:r>
    </w:p>
    <w:p>
      <w:pPr>
        <w:pStyle w:val="Heading2"/>
      </w:pPr>
      <w:r>
        <w:t>小技：縦の一覧を横向きにしたい</w:t>
      </w:r>
    </w:p>
    <w:p>
      <w:r>
        <w:t>コピー → Ctrl+Alt+V → 「行/列の入れ替え（Transpose）」を使用します。切り取りではなく、まずコピーするのが基本です。</w:t>
      </w:r>
    </w:p>
    <w:p>
      <w:pPr>
        <w:pStyle w:val="Heading1"/>
      </w:pPr>
      <w:r>
        <w:t>5. 行・列・セルを「挿入・削除・入れ替え」する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Shift + Space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行全体を選択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選択してから挿入・削除すると誤操作が減る。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Space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列全体を選択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同上。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+（プラス）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 / 行 / 列を挿入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行全体選択後なら行を挿入。キーボードによりCtrl+Shift+=。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-（マイナス）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 / 行 / 列を削除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行全体選択後なら行を削除。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+ 9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選択行を非表示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一時的に見せたくない行を畳む。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+ 0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選択列を非表示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Windows側設定等で効かない場合はリボンから操作。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境界線をダブルクリック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列幅 / 行高を自動調整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列見出しの右境界、行見出しの下境界をダブルクリック。</w:t>
            </w:r>
          </w:p>
        </w:tc>
      </w:tr>
    </w:tbl>
    <w:p>
      <w:pPr>
        <w:pStyle w:val="Heading2"/>
      </w:pPr>
      <w:r>
        <w:t>重要小技：Shiftを押しながらドラッグして「差し込む」</w:t>
      </w:r>
    </w:p>
    <w:p>
      <w:r>
        <w:t>提示されたURLの操作です。普通にドラッグすると「移動」ですが、Shiftを押しながら選択範囲の境界をドラッグすると、既存のセル・行・列の間へ差し込む形で移動できます。隣接した行の入れ替えにも使えます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85"/>
        <w:gridCol w:w="1701"/>
        <w:gridCol w:w="3685"/>
      </w:tblGrid>
      <w:tr>
        <w:trPr>
          <w:cantSplit/>
        </w:trPr>
        <w:tc>
          <w:tcPr>
            <w:tcW w:type="dxa" w:w="3400"/>
            <w:tcMar>
              <w:top w:w="80" w:type="dxa"/>
              <w:start w:w="80" w:type="dxa"/>
              <w:bottom w:w="80" w:type="dxa"/>
              <w:end w:w="80" w:type="dxa"/>
            </w:tcMar>
            <w:shd w:fill="EEF5FB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変更前</w:t>
              <w:br/>
              <w:t>行2：A</w:t>
              <w:br/>
              <w:t>行3：B ← 移動</w:t>
              <w:br/>
              <w:t>行4：C</w:t>
            </w:r>
          </w:p>
        </w:tc>
        <w:tc>
          <w:tcPr>
            <w:tcW w:type="dxa" w:w="3400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F75B5"/>
                <w:sz w:val="22"/>
              </w:rPr>
              <w:t>Shift +</w:t>
              <w:br/>
              <w:t>ドラッグ</w:t>
              <w:br/>
              <w:t>→</w:t>
            </w:r>
          </w:p>
        </w:tc>
        <w:tc>
          <w:tcPr>
            <w:tcW w:type="dxa" w:w="3400"/>
            <w:tcMar>
              <w:top w:w="80" w:type="dxa"/>
              <w:start w:w="80" w:type="dxa"/>
              <w:bottom w:w="80" w:type="dxa"/>
              <w:end w:w="80" w:type="dxa"/>
            </w:tcMar>
            <w:shd w:fill="EEF5FB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222222"/>
                <w:sz w:val="20"/>
              </w:rPr>
              <w:t>変更後</w:t>
              <w:br/>
              <w:t>行2：A</w:t>
              <w:br/>
              <w:t>行3：C</w:t>
              <w:br/>
              <w:t>行4：B</w:t>
            </w:r>
          </w:p>
        </w:tc>
      </w:tr>
    </w:tbl>
    <w:p>
      <w:pPr>
        <w:spacing w:before="120"/>
      </w:pPr>
      <w:r>
        <w:rPr>
          <w:rFonts w:ascii="Noto Sans CJK JP" w:hAnsi="Noto Sans CJK JP" w:eastAsia="Noto Sans CJK JP"/>
          <w:b/>
          <w:color w:val="1F4E78"/>
          <w:sz w:val="20"/>
        </w:rPr>
        <w:t>操作手順：</w:t>
      </w:r>
      <w:r>
        <w:rPr>
          <w:rFonts w:ascii="Noto Sans CJK JP" w:hAnsi="Noto Sans CJK JP" w:eastAsia="Noto Sans CJK JP"/>
          <w:sz w:val="20"/>
        </w:rPr>
        <w:t xml:space="preserve"> ① 行番号をクリックして行を選ぶ → ② 選択範囲の境界にマウスを合わせる → ③ Shiftを押したまま移動先の境界へドラッグ → ④ 太い挿入位置線を確認してドロップ。</w:t>
      </w:r>
    </w:p>
    <w:p>
      <w:r>
        <w:rPr>
          <w:rFonts w:ascii="Noto Sans CJK JP" w:hAnsi="Noto Sans CJK JP" w:eastAsia="Noto Sans CJK JP"/>
          <w:b/>
          <w:color w:val="C00000"/>
          <w:sz w:val="19"/>
        </w:rPr>
        <w:t>注意：Shiftを押さないままドラッグすると、差し込みではなく単純移動になり、貼り付け先の内容に影響することがあります。迷ったらCtrl+Z。</w:t>
      </w:r>
    </w:p>
    <w:p>
      <w:r>
        <w:br w:type="page"/>
      </w:r>
    </w:p>
    <w:p>
      <w:pPr>
        <w:pStyle w:val="Heading1"/>
      </w:pPr>
      <w:r>
        <w:t>6. 見やすい表にする「整形」小技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+ 1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セルの書式設定を開く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表示形式・配置・フォント・罫線などをまとめて設定。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B / I / U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太字 / 斜体 / 下線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見出しや注記に。多用しすぎない。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列境界をダブルクリック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列幅を自動調整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##### や文字切れを直す第一手。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行境界をダブルクリック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行高を自動調整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折り返し表示やセル内改行後に。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A → 境界をダブルクリック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全列（全行）をまとめて自動調整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シート全体のサイズを一括調整。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Alt → キーヒント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リボンをキーボードで操作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Altを押すと各タブ・コマンドに文字が表示される。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F1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リボンを折りたたむ / 戻す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画面を広く使いたいとき。</w:t>
            </w:r>
          </w:p>
        </w:tc>
      </w:tr>
    </w:tbl>
    <w:p>
      <w:pPr>
        <w:pStyle w:val="Heading2"/>
      </w:pPr>
      <w:r>
        <w:t>「#####」はエラーとは限らない</w:t>
      </w:r>
    </w:p>
    <w:p>
      <w:r>
        <w:t>数値や日付が ##### と表示された場合、列幅が足りないだけのことがあります。まず列見出しの右境界をダブルクリックして自動調整します。</w:t>
      </w:r>
    </w:p>
    <w:p>
      <w:pPr>
        <w:pStyle w:val="Heading2"/>
      </w:pPr>
      <w:r>
        <w:t>枠線は「データの区切り」にだけ使う</w:t>
      </w:r>
    </w:p>
    <w:p>
      <w:r>
        <w:t>初心者はすべてのセルに太い罫線を付けがちですが、見出し・合計・大きな区切りに絞る方が読みやすくなります。色も2〜3色程度に抑えると表が崩れにくくなります。</w:t>
      </w:r>
    </w:p>
    <w:p>
      <w:pPr>
        <w:pStyle w:val="Heading1"/>
      </w:pPr>
      <w:r>
        <w:t>7. 検索・置換・ジャンプで「探す時間」を減らす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F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検索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文字列・数字を探す。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H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置換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表記統一に強力。ただし「すべて置換」は範囲と対象を確認してから。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G / F5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ジャンプ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指定セル・名前付き範囲へ移動。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G → セル選択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条件に合うセルをまとめて選ぶ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数式、空白、定数などの種類を絞って選択可能。</w:t>
            </w:r>
          </w:p>
        </w:tc>
      </w:tr>
    </w:tbl>
    <w:p>
      <w:pPr>
        <w:pStyle w:val="Heading2"/>
      </w:pPr>
      <w:r>
        <w:t>置換の事故を防ぐ3ルール</w:t>
      </w:r>
    </w:p>
    <w:p>
      <w:pPr>
        <w:ind w:left="227"/>
      </w:pPr>
      <w:r>
        <w:t>1. 「すべて置換」の前に Ctrl+S で保存する。</w:t>
      </w:r>
    </w:p>
    <w:p>
      <w:pPr>
        <w:ind w:left="227"/>
      </w:pPr>
      <w:r>
        <w:t>2. 必要な範囲だけ選択してから Ctrl+H を使う。</w:t>
      </w:r>
    </w:p>
    <w:p>
      <w:pPr>
        <w:ind w:left="227"/>
      </w:pPr>
      <w:r>
        <w:t>3. 置換後に件数を確認し、想定外なら Ctrl+Z。</w:t>
      </w:r>
    </w:p>
    <w:p>
      <w:pPr>
        <w:pStyle w:val="Heading1"/>
      </w:pPr>
      <w:r>
        <w:t>8. データを整理する：フィルター・並べ替え・テーブル</w:t>
      </w:r>
    </w:p>
    <w:p>
      <w:r>
        <w:t>「見たい行だけ表示する」「入力範囲を表として扱う」操作は、関数を使わなくても日常業務を大幅に楽にします。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Shift + L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フィルターのON/OFF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見出し付きデータの絞り込み。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Alt + ↓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フィルター / 入力規則のドロップダウンを開く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見出しセルやプルダウンセルで便利。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T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範囲をテーブル化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見出し・フィルター・行追加時の範囲拡張などが扱いやすくなる。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データ → 重複の削除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重複行・重複値を削除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実行前に元データをコピーしておく。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データ → 区切り位置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1列の文字を複数列へ分割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CSV的な文字列、空白区切りなどの整理に。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E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フラッシュフィル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規則性がある文字列の分割・結合を素早く行う。</w:t>
            </w:r>
          </w:p>
        </w:tc>
      </w:tr>
    </w:tbl>
    <w:p>
      <w:pPr>
        <w:pStyle w:val="Heading2"/>
      </w:pPr>
      <w:r>
        <w:t>並べ替えで最重要の注意</w:t>
      </w:r>
    </w:p>
    <w:p>
      <w:r>
        <w:rPr>
          <w:rFonts w:ascii="Noto Sans CJK JP" w:hAnsi="Noto Sans CJK JP" w:eastAsia="Noto Sans CJK JP"/>
          <w:b/>
          <w:color w:val="C00000"/>
          <w:sz w:val="19"/>
        </w:rPr>
        <w:t>1列だけを選んで並べ替えると、他の列との対応関係が崩れることがあります。基本は表の中の1セルを選び、表全体を一緒に並べ替えます。ID・氏名・金額など「同じ行が1件のデータ」という関係を壊さないことが重要です。</w:t>
      </w:r>
    </w:p>
    <w:p>
      <w:pPr>
        <w:pStyle w:val="Heading2"/>
      </w:pPr>
      <w:r>
        <w:t>ウィンドウ枠の固定：見出しを常に表示</w:t>
      </w:r>
    </w:p>
    <w:p>
      <w:r>
        <w:t>長い表では、［表示］→［ウィンドウ枠の固定］を使います。選択セルの「上の行」と「左の列」が固定対象になるため、行と列を同時に固定したい場合は、その交点の1つ右下のセルを選びます。</w:t>
      </w:r>
    </w:p>
    <w:p>
      <w:r>
        <w:br w:type="page"/>
      </w:r>
    </w:p>
    <w:p>
      <w:pPr>
        <w:pStyle w:val="Heading1"/>
      </w:pPr>
      <w:r>
        <w:t>9. シート・ブック操作の小技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PageUp / PageDown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前 / 次のシートへ移動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タブが多いブックほど効果大。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Shift + F11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新しいワークシートを追加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新規シート作成。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シート名をダブルクリック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シート名をすぐ変更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右クリックメニューを開かなくてよい。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シートタブをドラッグ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シート順を変更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黒い位置表示を確認してドロップ。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Ctrlを押しながらシートタブをドラッグ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シートを複製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テンプレートシートをコピーするときに便利。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W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現在のブックを閉じる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Excel自体は残る。未保存なら確認が出る。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F12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名前を付けて保存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別名保存・コピー保存。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P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印刷画面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実際に印刷しなくても、ページ切れを確認できる。</w:t>
            </w:r>
          </w:p>
        </w:tc>
      </w:tr>
    </w:tbl>
    <w:p>
      <w:pPr>
        <w:pStyle w:val="Heading2"/>
      </w:pPr>
      <w:r>
        <w:t>危険小技：複数シートの「グループ化」</w:t>
      </w:r>
    </w:p>
    <w:p>
      <w:r>
        <w:rPr>
          <w:rFonts w:ascii="Noto Sans CJK JP" w:hAnsi="Noto Sans CJK JP" w:eastAsia="Noto Sans CJK JP"/>
          <w:b/>
          <w:color w:val="C00000"/>
          <w:sz w:val="19"/>
        </w:rPr>
        <w:t>Ctrlを押しながら複数のシートタブを選ぶと、複数シートへ同時に同じ編集を行えます。ただし、気づかず編集を続けると複数シートを一緒に書き換える事故につながります。初心者は必要な場面だけ使い、終わったら必ずグループ解除してください。</w:t>
      </w:r>
    </w:p>
    <w:p>
      <w:pPr>
        <w:pStyle w:val="Heading1"/>
      </w:pPr>
      <w:r>
        <w:t>10. マウス操作で覚えておくと便利な小技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3175"/>
        <w:gridCol w:w="4422"/>
      </w:tblGrid>
      <w:tr>
        <w:trPr>
          <w:tblHeader w:val="true"/>
          <w:cantSplit/>
        </w:trPr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操作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何が起こる？</w:t>
            </w:r>
          </w:p>
        </w:tc>
        <w:tc>
          <w:tcPr>
            <w:tcW w:type="dxa" w:w="3400"/>
            <w:shd w:fill="1F4E7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使いどころ・注意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セル境界をドラッグ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セル範囲を移動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選択範囲の外枠にカーソルを合わせて移動。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Shift + セル境界ドラッグ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既存セルの間へ差し込んで移動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行・列・範囲の入れ替えに。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フィルハンドルをドラッグ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連番・曜日・日付・コピーなどを連続入力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セル右下の小さな四角を使う。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フィルハンドルをダブルクリック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隣接データの長さに合わせて下方向へ自動入力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長い一覧に式や値を埋めるときに便利。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列見出し境界をダブルクリック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列幅自動調整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最頻出の整形小技。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シートタブをダブルクリック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シート名変更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名前整理を速く。</w:t>
            </w:r>
          </w:p>
        </w:tc>
      </w:tr>
      <w:tr>
        <w:trPr>
          <w:cantSplit/>
        </w:trPr>
        <w:tc>
          <w:tcPr>
            <w:tcW w:type="dxa" w:w="2494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Ctrl + シートタブドラッグ</w:t>
            </w:r>
          </w:p>
        </w:tc>
        <w:tc>
          <w:tcPr>
            <w:tcW w:type="dxa" w:w="3175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シート複製</w:t>
            </w:r>
          </w:p>
        </w:tc>
        <w:tc>
          <w:tcPr>
            <w:tcW w:type="dxa" w:w="4422"/>
            <w:tcMar>
              <w:top w:w="85" w:type="dxa"/>
              <w:start w:w="90" w:type="dxa"/>
              <w:bottom w:w="85" w:type="dxa"/>
              <w:end w:w="90" w:type="dxa"/>
            </w:tcMar>
            <w:vAlign w:val="center"/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同じフォーマットを再利用。</w:t>
            </w:r>
          </w:p>
        </w:tc>
      </w:tr>
    </w:tbl>
    <w:p>
      <w:pPr>
        <w:pStyle w:val="Heading1"/>
      </w:pPr>
      <w:r>
        <w:t>11. 初心者がやりがちなミスと回避法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422"/>
        <w:gridCol w:w="5669"/>
      </w:tblGrid>
      <w:tr>
        <w:trPr>
          <w:tblHeader w:val="true"/>
          <w:cantSplit/>
        </w:trPr>
        <w:tc>
          <w:tcPr>
            <w:tcW w:type="dxa" w:w="5100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ありがちなミス</w:t>
            </w:r>
          </w:p>
        </w:tc>
        <w:tc>
          <w:tcPr>
            <w:tcW w:type="dxa" w:w="5100"/>
            <w:shd w:fill="1F4E78"/>
          </w:tcPr>
          <w:p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回避法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1列だけ並べ替えてデータがずれる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表全体を一緒に並べ替える。迷ったら直後にCtrl+Z。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貼り付けで書式まで壊れる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Ctrl+Alt+Vで「値」など必要なものだけ貼る。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大量範囲をマウスで選ぼうとして失敗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Ctrl+Shift+方向キーを使う。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行を削除したつもりでセルだけ消した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Deleteは「中身だけ削除」。行削除は行全体を選択してCtrl+-。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列が狭くて#####になる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まず列境界をダブルクリック。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置換で関係ない場所まで変わる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必要範囲を選択してからCtrl+H。事前保存。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フィルター中に見えない行まで編集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フィルター中であることを意識し、件数・行番号を確認。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複数シートをグループ化したまま編集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作業後すぐグループ解除。</w:t>
            </w:r>
          </w:p>
        </w:tc>
      </w:tr>
      <w:tr>
        <w:trPr>
          <w:cantSplit/>
        </w:trPr>
        <w:tc>
          <w:tcPr>
            <w:tcW w:type="dxa" w:w="4422"/>
            <w:tcMar>
              <w:top w:w="90" w:type="dxa"/>
              <w:start w:w="100" w:type="dxa"/>
              <w:bottom w:w="90" w:type="dxa"/>
              <w:end w:w="100" w:type="dxa"/>
            </w:tcMar>
            <w:shd w:fill="FCE4D6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ドラッグ移動で上書きしてしまう</w:t>
            </w:r>
          </w:p>
        </w:tc>
        <w:tc>
          <w:tcPr>
            <w:tcW w:type="dxa" w:w="5669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差し込みならShift+ドラッグ。結果が違えばCtrl+Z。</w:t>
            </w:r>
          </w:p>
        </w:tc>
      </w:tr>
    </w:tbl>
    <w:p>
      <w:r>
        <w:br w:type="page"/>
      </w:r>
    </w:p>
    <w:p>
      <w:pPr>
        <w:pStyle w:val="Heading1"/>
      </w:pPr>
      <w:r>
        <w:t>12. 30分で定着させる実習メニュー</w:t>
      </w:r>
    </w:p>
    <w:p>
      <w:r>
        <w:t>以下は講習用にも自習用にも使えるメニューです。架空の「名簿・売上一覧」を作り、実際に手を動かしてください。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1984"/>
        <w:gridCol w:w="6746"/>
      </w:tblGrid>
      <w:tr>
        <w:trPr>
          <w:cantSplit/>
        </w:trPr>
        <w:tc>
          <w:tcPr>
            <w:tcW w:type="dxa" w:w="3400"/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時間</w:t>
            </w:r>
          </w:p>
        </w:tc>
        <w:tc>
          <w:tcPr>
            <w:tcW w:type="dxa" w:w="3400"/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テーマ</w:t>
            </w:r>
          </w:p>
        </w:tc>
        <w:tc>
          <w:tcPr>
            <w:tcW w:type="dxa" w:w="3400"/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実習内容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0〜5分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安全操作</w:t>
            </w:r>
          </w:p>
        </w:tc>
        <w:tc>
          <w:tcPr>
            <w:tcW w:type="dxa" w:w="674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Ctrl+S、Ctrl+Z、Ctrl+Y、Escを各3回。わざと入力して戻す。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5〜10分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移動・選択</w:t>
            </w:r>
          </w:p>
        </w:tc>
        <w:tc>
          <w:tcPr>
            <w:tcW w:type="dxa" w:w="674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100行程度の表でCtrl+方向、Ctrl+Shift+方向、Ctrl+Homeを各3回。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10〜15分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入力</w:t>
            </w:r>
          </w:p>
        </w:tc>
        <w:tc>
          <w:tcPr>
            <w:tcW w:type="dxa" w:w="674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F2、Alt+Enter、Ctrl+Enter、Ctrl+D、Ctrl+Eを試す。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15〜20分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行・列</w:t>
            </w:r>
          </w:p>
        </w:tc>
        <w:tc>
          <w:tcPr>
            <w:tcW w:type="dxa" w:w="674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Shift+Space / Ctrl+Space → Ctrl++ / Ctrl+-。行をShift+ドラッグで入れ替える。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20〜25分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貼り付け</w:t>
            </w:r>
          </w:p>
        </w:tc>
        <w:tc>
          <w:tcPr>
            <w:tcW w:type="dxa" w:w="674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通常貼り付けと「値だけ貼り付け」の違いを確認。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D9EAF7"/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25〜30分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/>
                <w:color w:val="222222"/>
                <w:sz w:val="18"/>
              </w:rPr>
              <w:t>整理</w:t>
            </w:r>
          </w:p>
        </w:tc>
        <w:tc>
          <w:tcPr>
            <w:tcW w:type="dxa" w:w="674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Ctrl+Shift+Lでフィルター、列幅自動調整、ウィンドウ枠固定。</w:t>
            </w:r>
          </w:p>
        </w:tc>
      </w:tr>
    </w:tbl>
    <w:p>
      <w:pPr>
        <w:pStyle w:val="Heading2"/>
      </w:pPr>
      <w:r>
        <w:t>実習用サンプル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社員ID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  <w:shd w:fill="1F4E78"/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氏名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部署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申請日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  <w:shd w:fill="1F4E78"/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金額</w:t>
            </w:r>
          </w:p>
        </w:tc>
      </w:tr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A001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山田 太郎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営業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2026/8/1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12000</w:t>
            </w:r>
          </w:p>
        </w:tc>
      </w:tr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A002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佐藤 花子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開発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2026/8/2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8300</w:t>
            </w:r>
          </w:p>
        </w:tc>
      </w:tr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A003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鈴木 一郎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営業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2026/8/2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15600</w:t>
            </w:r>
          </w:p>
        </w:tc>
      </w:tr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A004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高橋 美咲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総務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2026/8/3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5400</w:t>
            </w:r>
          </w:p>
        </w:tc>
      </w:tr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A005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田中 健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開発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2026/8/4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9800</w:t>
            </w:r>
          </w:p>
        </w:tc>
      </w:tr>
      <w:tr>
        <w:trPr>
          <w:cantSplit/>
        </w:trPr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A006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left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伊藤 彩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営業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2026/8/5</w:t>
            </w:r>
          </w:p>
        </w:tc>
        <w:tc>
          <w:tcPr>
            <w:tcW w:type="dxa" w:w="2040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Noto Sans CJK JP" w:hAnsi="Noto Sans CJK JP" w:eastAsia="Noto Sans CJK JP"/>
                <w:b w:val="0"/>
                <w:color w:val="222222"/>
                <w:sz w:val="17"/>
              </w:rPr>
              <w:t>7200</w:t>
            </w:r>
          </w:p>
        </w:tc>
      </w:tr>
    </w:tbl>
    <w:p>
      <w:pPr>
        <w:pStyle w:val="Heading2"/>
      </w:pPr>
      <w:r>
        <w:t>確認課題</w:t>
      </w:r>
    </w:p>
    <w:p>
      <w:pPr>
        <w:ind w:left="227"/>
      </w:pPr>
      <w:r>
        <w:t>1. 「営業」だけをフィルター表示する。</w:t>
      </w:r>
    </w:p>
    <w:p>
      <w:pPr>
        <w:ind w:left="227"/>
      </w:pPr>
      <w:r>
        <w:t>2. 「申請日」列の右側に列を1本挿入する。</w:t>
      </w:r>
    </w:p>
    <w:p>
      <w:pPr>
        <w:ind w:left="227"/>
      </w:pPr>
      <w:r>
        <w:t>3. A003の行をA002の上へShift+ドラッグで移動する。</w:t>
      </w:r>
    </w:p>
    <w:p>
      <w:pPr>
        <w:ind w:left="227"/>
      </w:pPr>
      <w:r>
        <w:t>4. 氏名列の「姓」だけを別列にフラッシュフィルで作る。</w:t>
      </w:r>
    </w:p>
    <w:p>
      <w:pPr>
        <w:ind w:left="227"/>
      </w:pPr>
      <w:r>
        <w:t>5. 金額列をコピーし、別の場所へ「値だけ」で貼り付ける。</w:t>
      </w:r>
    </w:p>
    <w:p>
      <w:pPr>
        <w:ind w:left="227"/>
      </w:pPr>
      <w:r>
        <w:t>6. 列幅を内容に合わせて自動調整する。</w:t>
      </w:r>
    </w:p>
    <w:p>
      <w:pPr>
        <w:ind w:left="227"/>
      </w:pPr>
      <w:r>
        <w:t>7. 操作を1回Ctrl+Zで戻し、Ctrl+Yでやり直す。</w:t>
      </w:r>
    </w:p>
    <w:p>
      <w:pPr>
        <w:sectPr>
          <w:headerReference w:type="default" r:id="rId9"/>
          <w:footerReference w:type="default" r:id="rId10"/>
          <w:pgSz w:w="12240" w:h="15840"/>
          <w:pgMar w:top="907" w:right="1020" w:bottom="850" w:left="1020" w:header="720" w:footer="720" w:gutter="0"/>
          <w:cols w:space="720"/>
          <w:docGrid w:linePitch="360"/>
        </w:sectPr>
      </w:pPr>
    </w:p>
    <w:p>
      <w:pPr>
        <w:pStyle w:val="Heading1"/>
      </w:pPr>
      <w:r>
        <w:t>13. 1枚チートシート（印刷用）</w:t>
      </w:r>
    </w:p>
    <w:p>
      <w:r>
        <w:t>最初はこのページだけ机の横に置いてください。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  <w:gridCol w:w="4989"/>
      </w:tblGrid>
      <w:tr>
        <w:trPr>
          <w:cantSplit/>
        </w:trPr>
        <w:tc>
          <w:tcPr>
            <w:tcW w:type="dxa" w:w="4827"/>
            <w:tcMar>
              <w:top w:w="110" w:type="dxa"/>
              <w:start w:w="130" w:type="dxa"/>
              <w:bottom w:w="110" w:type="dxa"/>
              <w:end w:w="130" w:type="dxa"/>
            </w:tcMar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1F4E78"/>
                <w:sz w:val="22"/>
              </w:rPr>
              <w:t>安全・基本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Ctrl+S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保存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Ctrl+Z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元に戻す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Ctrl+Y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やり直す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Esc   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キャンセル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F2    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セル編集</w:t>
            </w:r>
          </w:p>
        </w:tc>
        <w:tc>
          <w:tcPr>
            <w:tcW w:type="dxa" w:w="4827"/>
            <w:tcMar>
              <w:top w:w="110" w:type="dxa"/>
              <w:start w:w="130" w:type="dxa"/>
              <w:bottom w:w="110" w:type="dxa"/>
              <w:end w:w="130" w:type="dxa"/>
            </w:tcMar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1F4E78"/>
                <w:sz w:val="22"/>
              </w:rPr>
              <w:t>移動・選択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Ctrl+方向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データ端へ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Ctrl+Shift+方向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端まで選択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Shift+Space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行選択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Ctrl+Space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列選択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Ctrl+Home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A1へ</w:t>
            </w:r>
          </w:p>
        </w:tc>
        <w:tc>
          <w:tcPr>
            <w:tcW w:type="dxa" w:w="4827"/>
            <w:tcMar>
              <w:top w:w="110" w:type="dxa"/>
              <w:start w:w="130" w:type="dxa"/>
              <w:bottom w:w="110" w:type="dxa"/>
              <w:end w:w="130" w:type="dxa"/>
            </w:tcMar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1F4E78"/>
                <w:sz w:val="22"/>
              </w:rPr>
              <w:t>入力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Alt+Enter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セル内改行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Ctrl+Enter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一括入力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Ctrl+D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下へコピー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Ctrl+E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フラッシュフィル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Ctrl+;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今日の日付</w:t>
            </w:r>
          </w:p>
        </w:tc>
      </w:tr>
      <w:tr>
        <w:trPr>
          <w:cantSplit/>
        </w:trPr>
        <w:tc>
          <w:tcPr>
            <w:tcW w:type="dxa" w:w="4827"/>
            <w:tcMar>
              <w:top w:w="110" w:type="dxa"/>
              <w:start w:w="130" w:type="dxa"/>
              <w:bottom w:w="110" w:type="dxa"/>
              <w:end w:w="130" w:type="dxa"/>
            </w:tcMar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1F4E78"/>
                <w:sz w:val="22"/>
              </w:rPr>
              <w:t>編集・貼付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Ctrl+C/X/V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コピー/切取/貼付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Ctrl+Alt+V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形式を選択して貼付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Ctrl+F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検索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Ctrl+H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置換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Ctrl+1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セルの書式</w:t>
            </w:r>
          </w:p>
        </w:tc>
        <w:tc>
          <w:tcPr>
            <w:tcW w:type="dxa" w:w="4827"/>
            <w:tcMar>
              <w:top w:w="110" w:type="dxa"/>
              <w:start w:w="130" w:type="dxa"/>
              <w:bottom w:w="110" w:type="dxa"/>
              <w:end w:w="130" w:type="dxa"/>
            </w:tcMar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1F4E78"/>
                <w:sz w:val="22"/>
              </w:rPr>
              <w:t>行・列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Ctrl++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挿入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Ctrl+-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削除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Shift+ドラッグ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差し込み移動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境界ダブルクリック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幅/高さ自動調整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Ctrl+9 / Ctrl+0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行/列を非表示</w:t>
            </w:r>
          </w:p>
        </w:tc>
        <w:tc>
          <w:tcPr>
            <w:tcW w:type="dxa" w:w="4827"/>
            <w:tcMar>
              <w:top w:w="110" w:type="dxa"/>
              <w:start w:w="130" w:type="dxa"/>
              <w:bottom w:w="110" w:type="dxa"/>
              <w:end w:w="130" w:type="dxa"/>
            </w:tcMar>
            <w:shd w:fill="EEF5FB"/>
          </w:tcPr>
          <w:p>
            <w:r>
              <w:rPr>
                <w:rFonts w:ascii="Noto Sans CJK JP" w:hAnsi="Noto Sans CJK JP" w:eastAsia="Noto Sans CJK JP"/>
                <w:b/>
                <w:color w:val="1F4E78"/>
                <w:sz w:val="22"/>
              </w:rPr>
              <w:t>整理・シート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Ctrl+Shift+L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フィルター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Alt+↓ 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ドロップダウン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Ctrl+T      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テーブル化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Ctrl+PgUp/PgDn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シート移動</w:t>
            </w:r>
          </w:p>
          <w:p>
            <w:pPr>
              <w:spacing w:after="30"/>
            </w:pPr>
            <w:r>
              <w:rPr>
                <w:rFonts w:ascii="Noto Sans Mono CJK JP" w:hAnsi="Noto Sans Mono CJK JP" w:eastAsia="Noto Sans Mono CJK JP"/>
                <w:b/>
                <w:color w:val="2F75B5"/>
                <w:sz w:val="18"/>
              </w:rPr>
              <w:t xml:space="preserve">Ctrl+シートドラッグ       </w:t>
            </w:r>
            <w:r>
              <w:rPr>
                <w:rFonts w:ascii="Noto Sans CJK JP" w:hAnsi="Noto Sans CJK JP" w:eastAsia="Noto Sans CJK JP"/>
                <w:b w:val="0"/>
                <w:color w:val="222222"/>
                <w:sz w:val="18"/>
              </w:rPr>
              <w:t>シート複製</w:t>
            </w:r>
          </w:p>
        </w:tc>
      </w:tr>
    </w:tbl>
    <w:p>
      <w:pPr>
        <w:spacing w:before="140"/>
      </w:pPr>
      <w:r>
        <w:rPr>
          <w:rFonts w:ascii="Noto Sans CJK JP" w:hAnsi="Noto Sans CJK JP" w:eastAsia="Noto Sans CJK JP"/>
          <w:b/>
          <w:color w:val="C55A11"/>
          <w:sz w:val="21"/>
        </w:rPr>
        <w:t>合言葉：</w:t>
      </w:r>
      <w:r>
        <w:rPr>
          <w:rFonts w:ascii="Noto Sans CJK JP" w:hAnsi="Noto Sans CJK JP" w:eastAsia="Noto Sans CJK JP"/>
          <w:b/>
          <w:color w:val="222222"/>
          <w:sz w:val="21"/>
        </w:rPr>
        <w:t>「迷ったら Ctrl+Z」「長い表は Ctrl+方向」「貼り付け事故は Ctrl+Alt+V」</w:t>
      </w:r>
    </w:p>
    <w:p>
      <w:pPr>
        <w:sectPr>
          <w:pgSz w:w="15840" w:h="12240" w:orient="landscape"/>
          <w:pgMar w:top="567" w:right="680" w:bottom="567" w:left="680" w:header="720" w:footer="720" w:gutter="0"/>
          <w:cols w:space="720"/>
          <w:docGrid w:linePitch="360"/>
        </w:sectPr>
      </w:pPr>
    </w:p>
    <w:p>
      <w:pPr>
        <w:pStyle w:val="Heading1"/>
      </w:pPr>
      <w:r>
        <w:t>14. 参考資料・講師向けメモ</w:t>
      </w:r>
    </w:p>
    <w:p>
      <w:r>
        <w:t>本資料はWindows版Excelを前提にしています。Web版・Mac版では一部ショートカットが異なります。企業PCではOS設定やアドインによりキー操作が競合する場合があります。</w:t>
      </w:r>
    </w:p>
    <w:p>
      <w:pPr>
        <w:pStyle w:val="ListBullet"/>
      </w:pPr>
      <w:hyperlink r:id="rId11">
        <w:r>
          <w:rPr>
            <w:color w:val="2F75B5"/>
            <w:u w:val="single"/>
          </w:rPr>
          <w:t>Microsoft Support: Excel のキーボード ショートカット</w:t>
        </w:r>
      </w:hyperlink>
    </w:p>
    <w:p>
      <w:pPr>
        <w:pStyle w:val="ListBullet"/>
      </w:pPr>
      <w:hyperlink r:id="rId12">
        <w:r>
          <w:rPr>
            <w:color w:val="2F75B5"/>
            <w:u w:val="single"/>
          </w:rPr>
          <w:t>Microsoft Support: Move or copy cells, rows, and columns</w:t>
        </w:r>
      </w:hyperlink>
    </w:p>
    <w:p>
      <w:pPr>
        <w:pStyle w:val="ListBullet"/>
      </w:pPr>
      <w:hyperlink r:id="rId13">
        <w:r>
          <w:rPr>
            <w:color w:val="2F75B5"/>
            <w:u w:val="single"/>
          </w:rPr>
          <w:t>Microsoft Support: Paste options</w:t>
        </w:r>
      </w:hyperlink>
    </w:p>
    <w:p>
      <w:pPr>
        <w:pStyle w:val="ListBullet"/>
      </w:pPr>
      <w:hyperlink r:id="rId14">
        <w:r>
          <w:rPr>
            <w:color w:val="2F75B5"/>
            <w:u w:val="single"/>
          </w:rPr>
          <w:t>Microsoft Support: Using Flash Fill in Excel</w:t>
        </w:r>
      </w:hyperlink>
    </w:p>
    <w:p>
      <w:pPr>
        <w:pStyle w:val="ListBullet"/>
      </w:pPr>
      <w:hyperlink r:id="rId15">
        <w:r>
          <w:rPr>
            <w:color w:val="2F75B5"/>
            <w:u w:val="single"/>
          </w:rPr>
          <w:t>Microsoft Support: Freeze panes to lock rows and columns</w:t>
        </w:r>
      </w:hyperlink>
    </w:p>
    <w:p>
      <w:pPr>
        <w:pStyle w:val="ListBullet"/>
      </w:pPr>
      <w:hyperlink r:id="rId16">
        <w:r>
          <w:rPr>
            <w:color w:val="2F75B5"/>
            <w:u w:val="single"/>
          </w:rPr>
          <w:t>Microsoft Support: Change the column width and row height</w:t>
        </w:r>
      </w:hyperlink>
    </w:p>
    <w:p>
      <w:pPr>
        <w:pStyle w:val="ListBullet"/>
      </w:pPr>
      <w:hyperlink r:id="rId17">
        <w:r>
          <w:rPr>
            <w:color w:val="2F75B5"/>
            <w:u w:val="single"/>
          </w:rPr>
          <w:t>Microsoft Support: Move or copy worksheets or worksheet data</w:t>
        </w:r>
      </w:hyperlink>
    </w:p>
    <w:p>
      <w:pPr>
        <w:pStyle w:val="ListBullet"/>
      </w:pPr>
      <w:hyperlink r:id="rId18">
        <w:r>
          <w:rPr>
            <w:color w:val="2F75B5"/>
            <w:u w:val="single"/>
          </w:rPr>
          <w:t>横河レンタ・リース: Excelで隣接したセル、行、列、表を一発で入れ替える方法</w:t>
        </w:r>
      </w:hyperlink>
    </w:p>
    <w:p>
      <w:pPr>
        <w:pStyle w:val="Heading2"/>
      </w:pPr>
      <w:r>
        <w:t>講師が強調すると定着しやすいポイント</w:t>
      </w:r>
    </w:p>
    <w:p>
      <w:pPr>
        <w:pStyle w:val="ListBullet"/>
      </w:pPr>
      <w:r>
        <w:t>ショートカットは「キー名」ではなく「困った場面」とセットで教える。</w:t>
      </w:r>
    </w:p>
    <w:p>
      <w:pPr>
        <w:pStyle w:val="ListBullet"/>
      </w:pPr>
      <w:r>
        <w:t>最初の授業では15個以上覚えさせない。残りは必要になった時に追加する。</w:t>
      </w:r>
    </w:p>
    <w:p>
      <w:pPr>
        <w:pStyle w:val="ListBullet"/>
      </w:pPr>
      <w:r>
        <w:t>Ctrl+Zを最初に練習させ、試して失敗しても戻せる感覚を持たせる。</w:t>
      </w:r>
    </w:p>
    <w:p>
      <w:pPr>
        <w:pStyle w:val="ListBullet"/>
      </w:pPr>
      <w:r>
        <w:t>行・列・セルの「選択」と「中身だけ選択」の違いを実演する。</w:t>
      </w:r>
    </w:p>
    <w:p>
      <w:pPr>
        <w:pStyle w:val="ListBullet"/>
      </w:pPr>
      <w:r>
        <w:t>並べ替え・置換・複数シートグループ化は、事故例も一緒に見せる。</w:t>
      </w:r>
    </w:p>
    <w:p>
      <w:pPr>
        <w:pStyle w:val="ListBullet"/>
      </w:pPr>
      <w:r>
        <w:t>Shift+ドラッグは視覚的な挿入位置線を確認させる。</w:t>
      </w:r>
    </w:p>
    <w:p>
      <w:pPr>
        <w:spacing w:before="240"/>
      </w:pPr>
      <w:r>
        <w:rPr>
          <w:rFonts w:ascii="Noto Sans CJK JP" w:hAnsi="Noto Sans CJK JP" w:eastAsia="Noto Sans CJK JP"/>
          <w:b w:val="0"/>
          <w:color w:val="777777"/>
          <w:sz w:val="17"/>
        </w:rPr>
        <w:t>版：2026-08-12</w:t>
      </w:r>
    </w:p>
    <w:sectPr w:rsidR="00FC693F" w:rsidRPr="0006063C" w:rsidSect="00034616">
      <w:pgSz w:w="11906" w:h="16838"/>
      <w:pgMar w:top="907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JP" w:hAnsi="Noto Sans CJK JP" w:eastAsia="Noto Sans CJK JP"/>
        <w:color w:val="777777"/>
        <w:sz w:val="16"/>
      </w:rPr>
      <w:t>ショートカットと小技で「迷わず・速く・壊さず」操作する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JP" w:hAnsi="Noto Sans CJK JP" w:eastAsia="Noto Sans CJK JP"/>
        <w:color w:val="777777"/>
        <w:sz w:val="17"/>
      </w:rPr>
      <w:t>Excel初心者向け教育資料  |  Windows版 Excel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Noto Sans CJK JP" w:hAnsi="Noto Sans CJK JP" w:eastAsia="Noto Sans CJK JP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1F4E7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2F75B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22222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Noto Sans CJK JP" w:hAnsi="Noto Sans CJK JP" w:eastAsia="Noto Sans CJK JP"/>
      <w:b/>
      <w:color w:val="1F4E7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eycap">
    <w:name w:val="Keycap"/>
    <w:rPr>
      <w:rFonts w:ascii="Noto Sans CJK JP" w:hAnsi="Noto Sans CJK JP" w:eastAsia="Noto Sans CJK JP"/>
      <w:b/>
      <w:color w:val="FFFFFF"/>
      <w:sz w:val="19"/>
    </w:rPr>
  </w:style>
  <w:style w:type="character" w:customStyle="1" w:styleId="Small">
    <w:name w:val="Small"/>
    <w:rPr>
      <w:rFonts w:ascii="Noto Sans CJK JP" w:hAnsi="Noto Sans CJK JP" w:eastAsia="Noto Sans CJK JP"/>
      <w:b w:val="0"/>
      <w:color w:val="555555"/>
      <w:sz w:val="17"/>
    </w:rPr>
  </w:style>
  <w:style w:type="character" w:customStyle="1" w:styleId="CalloutTitle">
    <w:name w:val="CalloutTitle"/>
    <w:rPr>
      <w:rFonts w:ascii="Noto Sans CJK JP" w:hAnsi="Noto Sans CJK JP" w:eastAsia="Noto Sans CJK JP"/>
      <w:b/>
      <w:color w:val="1F4E78"/>
      <w:sz w:val="21"/>
    </w:rPr>
  </w:style>
  <w:style w:type="character" w:customStyle="1" w:styleId="Cheat">
    <w:name w:val="Cheat"/>
    <w:rPr>
      <w:rFonts w:ascii="Noto Sans CJK JP" w:hAnsi="Noto Sans CJK JP" w:eastAsia="Noto Sans CJK JP"/>
      <w:b w:val="0"/>
      <w:color w:val="22222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support.microsoft.com/ja-jp/accessibility/excel/keyboard-shortcuts-in-excel" TargetMode="External"/><Relationship Id="rId12" Type="http://schemas.openxmlformats.org/officeDocument/2006/relationships/hyperlink" Target="https://support.microsoft.com/en-us/excel/move-or-copy-cells-rows-and-columns" TargetMode="External"/><Relationship Id="rId13" Type="http://schemas.openxmlformats.org/officeDocument/2006/relationships/hyperlink" Target="https://support.microsoft.com/en-us/excel/paste-options" TargetMode="External"/><Relationship Id="rId14" Type="http://schemas.openxmlformats.org/officeDocument/2006/relationships/hyperlink" Target="https://support.microsoft.com/en-us/excel/using-flash-fill-in-excel" TargetMode="External"/><Relationship Id="rId15" Type="http://schemas.openxmlformats.org/officeDocument/2006/relationships/hyperlink" Target="https://support.microsoft.com/en-us/excel/get-started/freeze-panes-to-lock-rows-and-columns" TargetMode="External"/><Relationship Id="rId16" Type="http://schemas.openxmlformats.org/officeDocument/2006/relationships/hyperlink" Target="https://support.microsoft.com/en-us/excel/change-the-column-width-and-row-height" TargetMode="External"/><Relationship Id="rId17" Type="http://schemas.openxmlformats.org/officeDocument/2006/relationships/hyperlink" Target="https://support.microsoft.com/en-us/excel/get-started/move-or-copy-worksheets-or-worksheet-data" TargetMode="External"/><Relationship Id="rId18" Type="http://schemas.openxmlformats.org/officeDocument/2006/relationships/hyperlink" Target="https://www.yrl.com/column/wazaari_pc/replace-adjacent-cells-one-shot-exce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Excel初心者向け ショートカット＆小技 学習資料</dc:title>
  <dc:subject>Excelの関数を除く、ショートカット・行列操作・貼り付け・整理の初心者教育資料</dc:subject>
  <dc:creator>OpenAI</dc:creator>
  <cp:keywords>Excel, 初心者, ショートカット, 小技, 教育資料, Windows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